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LOVEJOY FOUNDATION LIFESTYLE &amp; RESOURCE MANUAL</w:t>
      </w:r>
    </w:p>
    <w:p>
      <w:pPr>
        <w:jc w:val="center"/>
      </w:pPr>
      <w:r>
        <w:t>The Effortless Path of Healing, Wisdom, and Joy</w:t>
      </w:r>
    </w:p>
    <w:p>
      <w:r>
        <w:br/>
      </w:r>
    </w:p>
    <w:p>
      <w:r>
        <w:br w:type="page"/>
      </w:r>
    </w:p>
    <w:p>
      <w:pPr>
        <w:pStyle w:val="Heading1"/>
      </w:pPr>
      <w:r>
        <w:t>Introduction</w:t>
      </w:r>
    </w:p>
    <w:p>
      <w:pPr>
        <w:jc w:val="both"/>
      </w:pPr>
      <w:r>
        <w:t>The LoveJoy Foundation is a sanctuary for growth — not a religion, not a cult, but a living classroom for healing and discovery. Our philosophy blends science, spirituality, and simplicity, helping people reconnect with their inner balance while celebrating life.</w:t>
        <w:br/>
        <w:t>We believe in four foundations: Life • Love • Light • Joy.</w:t>
        <w:br/>
        <w:t>This manual gathers the influences, practices, and resources that form our educational backbone — for brain health, emotional clarity, spiritual development, and creative freedom.</w:t>
        <w:br/>
        <w:t>"We don’t keep followers. We help people find their own way home." – LoveJoy Foundation</w:t>
      </w:r>
    </w:p>
    <w:p>
      <w:r>
        <w:br w:type="page"/>
      </w:r>
    </w:p>
    <w:p>
      <w:pPr>
        <w:pStyle w:val="Heading1"/>
      </w:pPr>
      <w:r>
        <w:t>I. The Path of Wisdom</w:t>
      </w:r>
    </w:p>
    <w:p>
      <w:pPr>
        <w:jc w:val="both"/>
      </w:pPr>
      <w:r>
        <w:t>Taoism &amp; Zen: The teachings of Lao-Tzu and Buddha remind us that true progress is effortless. We learn to move with life instead of against it — to trust the flow, not fight the current.</w:t>
        <w:br/>
        <w:t>Key Idea: Wu-Wei — action without struggle.</w:t>
        <w:br/>
        <w:t>Western Wisdom: Thinkers like Alan Watts and Carl Jung bridge East and West. Watts taught acceptance and humor in the face of chaos. Jung taught that wholeness is found when we face our shadows.</w:t>
        <w:br/>
        <w:t>Practical Study: Tao Te Ching, The Wisdom of Insecurity, Man and His Symbols, Be Here Now.</w:t>
        <w:br/>
        <w:t xml:space="preserve">"The path is not about becoming. It’s about remembering who you are." </w:t>
      </w:r>
    </w:p>
    <w:p>
      <w:r>
        <w:br w:type="page"/>
      </w:r>
    </w:p>
    <w:p>
      <w:pPr>
        <w:pStyle w:val="Heading1"/>
      </w:pPr>
      <w:r>
        <w:t>II. Healing the Mind &amp; Brain</w:t>
      </w:r>
    </w:p>
    <w:p>
      <w:pPr>
        <w:jc w:val="both"/>
      </w:pPr>
      <w:r>
        <w:t>LoveJoy follows a science-informed spiritual model. We respect research and natural intelligence equally.</w:t>
        <w:br/>
        <w:t>The LoveJoy Brain Health Stack (based on Paul Stamets &amp; Johns Hopkins Research)</w:t>
        <w:br/>
        <w:t>- Lion’s Mane: promotes neurogenesis (brain cell growth)</w:t>
        <w:br/>
        <w:t>- Niacin (Vitamin B3): enhances circulation and nutrient flow</w:t>
        <w:br/>
        <w:t>- Psilocybin (where legal): activates dormant neural pathways</w:t>
        <w:br/>
        <w:t>- Meditation, Cold Exposure, and Movement: natural nervous system repair</w:t>
        <w:br/>
        <w:t>Key Scientific Voices: Paul Stamets, Johns Hopkins Psychedelic Research, Andrew Huberman, Wim Hof.</w:t>
        <w:br/>
        <w:t>Everyday Practice: Morning breathing (4s in, 6s out), cold splash, Lion’s Mane, stretch before screens.</w:t>
        <w:br/>
        <w:t xml:space="preserve">"A healthy brain creates a peaceful mind. A peaceful mind creates a joyful life." </w:t>
      </w:r>
    </w:p>
    <w:p>
      <w:r>
        <w:br w:type="page"/>
      </w:r>
    </w:p>
    <w:p>
      <w:pPr>
        <w:pStyle w:val="Heading1"/>
      </w:pPr>
      <w:r>
        <w:t>III. Spirit, Discipline &amp; the Samurai Way</w:t>
      </w:r>
    </w:p>
    <w:p>
      <w:pPr>
        <w:jc w:val="both"/>
      </w:pPr>
      <w:r>
        <w:t>LoveJoy teaches strength through peace — the way of the modern Samurai: steady, humble, and honorable.</w:t>
        <w:br/>
        <w:t>The Seven Virtues of Bushido:</w:t>
        <w:br/>
        <w:t>1. Rectitude – Do what’s right, even when unseen.</w:t>
        <w:br/>
        <w:t>2. Courage – Stand firm in truth.</w:t>
        <w:br/>
        <w:t>3. Benevolence – Strength expressed through kindness.</w:t>
        <w:br/>
        <w:t>4. Respect – Treat life as sacred.</w:t>
        <w:br/>
        <w:t>5. Honesty – Speak and act with integrity.</w:t>
        <w:br/>
        <w:t>6. Loyalty – Commit to your purpose, not your pride.</w:t>
        <w:br/>
        <w:t>7. Self-Control – Master yourself; all battles end there.</w:t>
        <w:br/>
        <w:t>"Victory over others begins with victory over self." – Samurai Proverb</w:t>
      </w:r>
    </w:p>
    <w:p>
      <w:r>
        <w:br w:type="page"/>
      </w:r>
    </w:p>
    <w:p>
      <w:pPr>
        <w:pStyle w:val="Heading1"/>
      </w:pPr>
      <w:r>
        <w:t>IV. Golf, Flow, and the LoveJoy Way</w:t>
      </w:r>
    </w:p>
    <w:p>
      <w:pPr>
        <w:jc w:val="both"/>
      </w:pPr>
      <w:r>
        <w:t>Golf is more than a game — it’s a mirror of life. Harvey Penick’s wisdom guides our Elite Golf Performance training and spiritual metaphor.</w:t>
        <w:br/>
        <w:t>Golf as Meditation:</w:t>
        <w:br/>
        <w:t>- "Take dead aim." Focus your energy completely.</w:t>
        <w:br/>
        <w:t>- "The answer is in the dirt." Practice teaches truth.</w:t>
        <w:br/>
        <w:t>- "Don’t swing harder, swing easier." Let power come from peace.</w:t>
        <w:br/>
        <w:t>- "Golf is a game of emotion, not mechanics." The mind leads, the body follows.</w:t>
        <w:br/>
        <w:t>Each swing is a meditation on patience, humility, and presence.</w:t>
      </w:r>
    </w:p>
    <w:p>
      <w:r>
        <w:br w:type="page"/>
      </w:r>
    </w:p>
    <w:p>
      <w:pPr>
        <w:pStyle w:val="Heading1"/>
      </w:pPr>
      <w:r>
        <w:t>V. Music, Vibration, and Mood</w:t>
      </w:r>
    </w:p>
    <w:p>
      <w:pPr>
        <w:jc w:val="both"/>
      </w:pPr>
      <w:r>
        <w:t>Music is medicine. Every note can lift or lower the heart, so we use music consciously.</w:t>
        <w:br/>
        <w:t>LoveJoy Music Categories:</w:t>
        <w:br/>
        <w:t>Morning Energy – Kygo, ODESZA, Avicii</w:t>
        <w:br/>
        <w:t>Meditation – Deuter, Liquid Mind, Anilah</w:t>
        <w:br/>
        <w:t>Nature Flow – Ludovico Einaudi, Olafur Arnalds</w:t>
        <w:br/>
        <w:t>Journey Integration – James Xander’s Mushroom Playlist</w:t>
        <w:br/>
        <w:t>Evening Calm – Hans Zimmer, Max Richter, Enya</w:t>
        <w:br/>
        <w:t>Spiritual Uplift – Snatam Kaur, Krishna Das, Trevor Hall</w:t>
        <w:br/>
        <w:t>"Music heals the gaps that words can’t reach." – LoveJoy Foundation</w:t>
      </w:r>
    </w:p>
    <w:p>
      <w:r>
        <w:br w:type="page"/>
      </w:r>
    </w:p>
    <w:p>
      <w:pPr>
        <w:pStyle w:val="Heading1"/>
      </w:pPr>
      <w:r>
        <w:t>VI. Movement &amp; Adventure</w:t>
      </w:r>
    </w:p>
    <w:p>
      <w:pPr>
        <w:jc w:val="both"/>
      </w:pPr>
      <w:r>
        <w:t>LoveJoy believes in living in motion — riding, walking, hiking, breathing. Movement heals trauma, balances hormones, and awakens joy.</w:t>
        <w:br/>
        <w:t>Core Activities: Cycling, walking meditation, yoga, cold-weather golf, dance, play.</w:t>
        <w:br/>
        <w:t>Adventure Philosophy: Travel consciously. Experience culture, not consumption. Find sacred spaces in nature: mountains, forests, rivers.</w:t>
        <w:br/>
        <w:t>Recommended Destinations: Colorado Springs, Santa Fe NM, Sedona AZ, local parks and lakes.</w:t>
        <w:br/>
        <w:t xml:space="preserve">"Adventure isn’t escape; it’s communion." </w:t>
      </w:r>
    </w:p>
    <w:p>
      <w:r>
        <w:br w:type="page"/>
      </w:r>
    </w:p>
    <w:p>
      <w:pPr>
        <w:pStyle w:val="Heading1"/>
      </w:pPr>
      <w:r>
        <w:t>VII. Daily LoveJoy Practices</w:t>
      </w:r>
    </w:p>
    <w:p>
      <w:pPr>
        <w:jc w:val="both"/>
      </w:pPr>
      <w:r>
        <w:t>Morning: Breathwork + gratitude</w:t>
        <w:br/>
        <w:t>Midday: Walk or stretch</w:t>
        <w:br/>
        <w:t>Evening: Reflection journal</w:t>
        <w:br/>
        <w:t>Night: Meditation or prayer</w:t>
        <w:br/>
        <w:t>Weekly: One act of service, one creative outlet, one day of silence or solitude.</w:t>
      </w:r>
    </w:p>
    <w:p>
      <w:r>
        <w:br w:type="page"/>
      </w:r>
    </w:p>
    <w:p>
      <w:pPr>
        <w:pStyle w:val="Heading1"/>
      </w:pPr>
      <w:r>
        <w:t>VIII. Community &amp; Service</w:t>
      </w:r>
    </w:p>
    <w:p>
      <w:pPr>
        <w:jc w:val="both"/>
      </w:pPr>
      <w:r>
        <w:t>LoveJoy is a living community, not a membership. Our aim is for every person to heal, grow, and re-enter life lighter and stronger.</w:t>
        <w:br/>
        <w:t>We gather for educational retreats, group meditation, nature events, art, golf, and music sessions.</w:t>
        <w:br/>
        <w:t>Mission: To model a way of living where spirituality, science, and simplicity coexist.</w:t>
        <w:br/>
        <w:t xml:space="preserve">"The future church is not built of stone — it is built of healed hearts." </w:t>
      </w:r>
    </w:p>
    <w:p>
      <w:r>
        <w:br w:type="page"/>
      </w:r>
    </w:p>
    <w:p>
      <w:pPr>
        <w:pStyle w:val="Heading1"/>
      </w:pPr>
      <w:r>
        <w:t>IX. Reading &amp; Study Resources</w:t>
      </w:r>
    </w:p>
    <w:p>
      <w:pPr>
        <w:jc w:val="both"/>
      </w:pPr>
      <w:r>
        <w:t>Core Texts: Tao Te Ching, Be Here Now, Healing Mushrooms, Fantastic Fungi, The Book of Five Rings, The Little Red Book, A New Earth, Zen Mind Beginner’s Mind, Awareness, The Art of Peace.</w:t>
        <w:br/>
        <w:t>Audio/Visual: Fantastic Fungi (film), My Octopus Teacher (film), The James Xander Trip (podcast), Huberman Lab (YouTube), Wim Hof Experience (App).</w:t>
      </w:r>
    </w:p>
    <w:p>
      <w:r>
        <w:br w:type="page"/>
      </w:r>
    </w:p>
    <w:p>
      <w:pPr>
        <w:pStyle w:val="Heading1"/>
      </w:pPr>
      <w:r>
        <w:t>X. The LoveJoy Ethos</w:t>
      </w:r>
    </w:p>
    <w:p>
      <w:pPr>
        <w:jc w:val="both"/>
      </w:pPr>
      <w:r>
        <w:t>We live by three laws of effortless harmony:</w:t>
        <w:br/>
        <w:t>1. Do no harm to self or others.</w:t>
        <w:br/>
        <w:t>2. Act with intention, not impulse.</w:t>
        <w:br/>
        <w:t>3. Leave every place and person better than you found them.</w:t>
        <w:br/>
        <w:t>LoveJoy offers no commandments — only principles for balance and wholeness.</w:t>
        <w:br/>
        <w:t xml:space="preserve">"The goal is not to be perfect, but present." </w:t>
      </w:r>
    </w:p>
    <w:p>
      <w:r>
        <w:br w:type="page"/>
      </w:r>
    </w:p>
    <w:p>
      <w:pPr>
        <w:pStyle w:val="Heading1"/>
      </w:pPr>
      <w:r>
        <w:t>Closing Message</w:t>
      </w:r>
    </w:p>
    <w:p>
      <w:pPr>
        <w:jc w:val="both"/>
      </w:pPr>
      <w:r>
        <w:t>You are your own teacher. You are the path and the destination. The LoveJoy Foundation exists to remind you of that truth — and to walk beside you as you remember.</w:t>
        <w:br/>
        <w:t>"Live simply. Heal deeply. Love completely. And move forward with joy." – LoveJoy Foundation, 2025 Edition.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aramond" w:hAnsi="Garamond" w:eastAsia="Garamond"/>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